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YouTube description outline</w:t>
      </w:r>
    </w:p>
    <w:p>
      <w:r>
        <w:t>Write a description that explains the actual recording and links only to verified destinations.</w:t>
      </w:r>
    </w:p>
    <w:p>
      <w:pPr>
        <w:pStyle w:val="Heading1"/>
      </w:pPr>
      <w:r>
        <w:t>Review checks</w:t>
      </w:r>
    </w:p>
    <w:p>
      <w:pPr>
        <w:pStyle w:val="ListBullet"/>
      </w:pPr>
      <w:r>
        <w:t>First sentence: the problem or question this recording answers.</w:t>
      </w:r>
    </w:p>
    <w:p>
      <w:pPr>
        <w:pStyle w:val="ListBullet"/>
      </w:pPr>
      <w:r>
        <w:t>Second sentence: the concrete points viewers will see or learn.</w:t>
      </w:r>
    </w:p>
    <w:p>
      <w:pPr>
        <w:pStyle w:val="Heading1"/>
      </w:pPr>
      <w:r>
        <w:t>Chapters</w:t>
      </w:r>
    </w:p>
    <w:p>
      <w:pPr>
        <w:pStyle w:val="ListBullet"/>
      </w:pPr>
      <w:r>
        <w:t>Use reviewed timestamps from the exported video. Do not invent chapter times.</w:t>
      </w:r>
    </w:p>
    <w:p>
      <w:pPr>
        <w:pStyle w:val="Heading1"/>
      </w:pPr>
      <w:r>
        <w:t>Mentioned resources</w:t>
      </w:r>
    </w:p>
    <w:p>
      <w:pPr>
        <w:pStyle w:val="ListBullet"/>
      </w:pPr>
      <w:r>
        <w:t>Name each resource and paste its verified destination link.</w:t>
      </w:r>
    </w:p>
    <w:p>
      <w:pPr>
        <w:pStyle w:val="Heading1"/>
      </w:pPr>
      <w:r>
        <w:t>People and corrections</w:t>
      </w:r>
    </w:p>
    <w:p>
      <w:pPr>
        <w:pStyle w:val="ListBullet"/>
      </w:pPr>
      <w:r>
        <w:t>Use the agreed names and relevant guest links. Add any correction the recording needs.</w:t>
      </w:r>
    </w:p>
    <w:p>
      <w:pPr>
        <w:pStyle w:val="Heading1"/>
      </w:pPr>
      <w:r>
        <w:t>Next step</w:t>
      </w:r>
    </w:p>
    <w:p>
      <w:pPr>
        <w:pStyle w:val="ListBullet"/>
      </w:pPr>
      <w:r>
        <w:t>Give one relevant action viewers can take after watching.</w:t>
      </w:r>
    </w:p>
    <w:p>
      <w:pPr>
        <w:pStyle w:val="Heading1"/>
      </w:pPr>
      <w:r>
        <w:t>Before publishing</w:t>
      </w:r>
    </w:p>
    <w:p>
      <w:pPr>
        <w:pStyle w:val="ListBullet"/>
      </w:pPr>
      <w:r>
        <w:t>Check every link.</w:t>
      </w:r>
    </w:p>
    <w:p>
      <w:pPr>
        <w:pStyle w:val="ListBullet"/>
      </w:pPr>
      <w:r>
        <w:t>Check that chapter times match the uploaded export.</w:t>
      </w:r>
    </w:p>
    <w:p>
      <w:pPr>
        <w:pStyle w:val="ListBullet"/>
      </w:pPr>
      <w:r>
        <w:t>Remove claims and promises the recording does not support.</w:t>
      </w:r>
    </w:p>
    <w:p>
      <w:pPr>
        <w:pStyle w:val="ListBullet"/>
      </w:pPr>
      <w:r>
        <w:t>Verify any required sponsorship or asset disclosures for this publication.</w:t>
      </w:r>
    </w:p>
    <w:p>
      <w:pPr>
        <w:pStyle w:val="Heading1"/>
      </w:pPr>
      <w:r>
        <w:t>Describe the reviewed export.</w:t>
      </w:r>
    </w:p>
    <w:p>
      <w:r>
        <w:t>Use the finished episode and shorts as your publication source, then write the title and description from what they contain.</w:t>
      </w:r>
    </w:p>
    <w:p>
      <w:r>
        <w:t>https://studio3.itskaivalya.com/signup?src=resource-youtube-description-outline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