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Screen recording checklist</w:t>
      </w:r>
    </w:p>
    <w:p>
      <w:r>
        <w:t>Prepare a clean screen capture with readable text and no private information.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Capture source and audio decisions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Close private tabs, messages, accounts and unrelated windows.</w:t>
      </w:r>
    </w:p>
    <w:p>
      <w:pPr>
        <w:pStyle w:val="ListBullet"/>
      </w:pPr>
      <w:r>
        <w:t>Disable notifications and remove sensitive bookmarks from view.</w:t>
      </w:r>
    </w:p>
    <w:p>
      <w:pPr>
        <w:pStyle w:val="ListBullet"/>
      </w:pPr>
      <w:r>
        <w:t>Use an account and data that you are allowed to show publicly.</w:t>
      </w:r>
    </w:p>
    <w:p>
      <w:pPr>
        <w:pStyle w:val="ListBullet"/>
      </w:pPr>
      <w:r>
        <w:t>Enlarge interface text enough for the final video frame.</w:t>
      </w:r>
    </w:p>
    <w:p>
      <w:pPr>
        <w:pStyle w:val="ListBullet"/>
      </w:pPr>
      <w:r>
        <w:t>Decide whether a tab, a window or the whole screen is needed.</w:t>
      </w:r>
    </w:p>
    <w:p>
      <w:pPr>
        <w:pStyle w:val="ListBullet"/>
      </w:pPr>
      <w:r>
        <w:t>Confirm which audio sources the browser is sharing.</w:t>
      </w:r>
    </w:p>
    <w:p>
      <w:pPr>
        <w:pStyle w:val="ListBullet"/>
      </w:pPr>
      <w:r>
        <w:t>Record a short test that includes a click, speech and any needed system audio.</w:t>
      </w:r>
    </w:p>
    <w:p>
      <w:pPr>
        <w:pStyle w:val="ListBullet"/>
      </w:pPr>
      <w:r>
        <w:t>Play the test to check text readability, cursor movement and audio sync.</w:t>
      </w:r>
    </w:p>
    <w:p>
      <w:pPr>
        <w:pStyle w:val="ListBullet"/>
      </w:pPr>
      <w:r>
        <w:t>Explain each action before or while doing it, with a brief pause for the viewer.</w:t>
      </w:r>
    </w:p>
    <w:p>
      <w:pPr>
        <w:pStyle w:val="ListBullet"/>
      </w:pPr>
      <w:r>
        <w:t>Review every exported frame that might reveal private information.</w:t>
      </w:r>
    </w:p>
    <w:p>
      <w:pPr>
        <w:pStyle w:val="ListBullet"/>
      </w:pPr>
      <w:r>
        <w:t>Save the local recording before closing its browser tab.</w:t>
      </w:r>
    </w:p>
    <w:p>
      <w:pPr>
        <w:pStyle w:val="Heading1"/>
      </w:pPr>
      <w:r>
        <w:t>Edit the demonstration after capture.</w:t>
      </w:r>
    </w:p>
    <w:p>
      <w:r>
        <w:t>Send the recorded walkthrough to Studio, then check that cuts preserve the order of the demonstrated steps.</w:t>
      </w:r>
    </w:p>
    <w:p>
      <w:r>
        <w:t>https://studio3.itskaivalya.com/signup?src=resource-screen-recording-checklist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