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publishing checklist</w:t>
      </w:r>
    </w:p>
    <w:p>
      <w:r>
        <w:t>Review the export, captions, thumbnail and destination before you publish.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Video title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export filename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Items still needing correction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Watch the exported file from beginning to end.</w:t>
      </w:r>
    </w:p>
    <w:p>
      <w:pPr>
        <w:pStyle w:val="ListBullet"/>
      </w:pPr>
      <w:r>
        <w:t>Check the opening and ending for accidental cuts.</w:t>
      </w:r>
    </w:p>
    <w:p>
      <w:pPr>
        <w:pStyle w:val="ListBullet"/>
      </w:pPr>
      <w:r>
        <w:t>Listen on headphones and on a phone speaker.</w:t>
      </w:r>
    </w:p>
    <w:p>
      <w:pPr>
        <w:pStyle w:val="ListBullet"/>
      </w:pPr>
      <w:r>
        <w:t>Verify names, figures, quotes, claims and links against the source.</w:t>
      </w:r>
    </w:p>
    <w:p>
      <w:pPr>
        <w:pStyle w:val="ListBullet"/>
      </w:pPr>
      <w:r>
        <w:t>Inspect captions for spelling, timing, overlap and unreadable lines.</w:t>
      </w:r>
    </w:p>
    <w:p>
      <w:pPr>
        <w:pStyle w:val="ListBullet"/>
      </w:pPr>
      <w:r>
        <w:t>Check faces, graphics and captions inside the destination's visible frame.</w:t>
      </w:r>
    </w:p>
    <w:p>
      <w:pPr>
        <w:pStyle w:val="ListBullet"/>
      </w:pPr>
      <w:r>
        <w:t>Confirm music, image and participant permissions for this use.</w:t>
      </w:r>
    </w:p>
    <w:p>
      <w:pPr>
        <w:pStyle w:val="ListBullet"/>
      </w:pPr>
      <w:r>
        <w:t>Review the thumbnail at a small displayed size.</w:t>
      </w:r>
    </w:p>
    <w:p>
      <w:pPr>
        <w:pStyle w:val="ListBullet"/>
      </w:pPr>
      <w:r>
        <w:t>Confirm the title and description describe the actual recording.</w:t>
      </w:r>
    </w:p>
    <w:p>
      <w:pPr>
        <w:pStyle w:val="ListBullet"/>
      </w:pPr>
      <w:r>
        <w:t>Remove private tabs, notifications, contact details and account information.</w:t>
      </w:r>
    </w:p>
    <w:p>
      <w:pPr>
        <w:pStyle w:val="ListBullet"/>
      </w:pPr>
      <w:r>
        <w:t>Upload the file, wait for platform processing and review playback there.</w:t>
      </w:r>
    </w:p>
    <w:p>
      <w:pPr>
        <w:pStyle w:val="ListBullet"/>
      </w:pPr>
      <w:r>
        <w:t>Keep the original and approved export before replacing any file.</w:t>
      </w:r>
    </w:p>
    <w:p>
      <w:pPr>
        <w:pStyle w:val="Heading1"/>
      </w:pPr>
      <w:r>
        <w:t>Prepare the episode for publication.</w:t>
      </w:r>
    </w:p>
    <w:p>
      <w:r>
        <w:t>Review Studio’s episode, shorts and captions before uploading them to your chosen destination.</w:t>
      </w:r>
    </w:p>
    <w:p>
      <w:r>
        <w:t>https://studio3.itskaivalya.com/signup?src=resource-publish-checklist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